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E0157" w14:textId="77777777" w:rsidR="00C16987" w:rsidRDefault="00000000">
      <w:pPr>
        <w:spacing w:after="40"/>
        <w:jc w:val="center"/>
      </w:pPr>
      <w:r>
        <w:rPr>
          <w:b/>
          <w:sz w:val="32"/>
        </w:rPr>
        <w:t>AUTORISATION PARENTALE</w:t>
      </w:r>
    </w:p>
    <w:p w14:paraId="0E36653D" w14:textId="732E22F6" w:rsidR="00C16987" w:rsidRPr="00D81605" w:rsidRDefault="00000000">
      <w:pPr>
        <w:spacing w:after="80"/>
        <w:jc w:val="center"/>
        <w:rPr>
          <w:sz w:val="20"/>
          <w:szCs w:val="24"/>
        </w:rPr>
      </w:pPr>
      <w:proofErr w:type="spellStart"/>
      <w:r w:rsidRPr="00D81605">
        <w:rPr>
          <w:b/>
          <w:sz w:val="24"/>
          <w:szCs w:val="24"/>
        </w:rPr>
        <w:t>Prestations</w:t>
      </w:r>
      <w:proofErr w:type="spellEnd"/>
      <w:r w:rsidRPr="00D81605">
        <w:rPr>
          <w:b/>
          <w:sz w:val="24"/>
          <w:szCs w:val="24"/>
        </w:rPr>
        <w:t xml:space="preserve"> </w:t>
      </w:r>
      <w:proofErr w:type="spellStart"/>
      <w:r w:rsidRPr="00D81605">
        <w:rPr>
          <w:b/>
          <w:sz w:val="24"/>
          <w:szCs w:val="24"/>
        </w:rPr>
        <w:t>esthétiques</w:t>
      </w:r>
      <w:proofErr w:type="spellEnd"/>
      <w:r w:rsidRPr="00D81605">
        <w:rPr>
          <w:b/>
          <w:sz w:val="24"/>
          <w:szCs w:val="24"/>
        </w:rPr>
        <w:t xml:space="preserve"> sur </w:t>
      </w:r>
      <w:proofErr w:type="spellStart"/>
      <w:r w:rsidRPr="00D81605">
        <w:rPr>
          <w:b/>
          <w:sz w:val="24"/>
          <w:szCs w:val="24"/>
        </w:rPr>
        <w:t>mineur</w:t>
      </w:r>
      <w:proofErr w:type="spellEnd"/>
      <w:r w:rsidRPr="00D81605">
        <w:rPr>
          <w:b/>
          <w:sz w:val="24"/>
          <w:szCs w:val="24"/>
        </w:rPr>
        <w:t>(e)</w:t>
      </w:r>
    </w:p>
    <w:p w14:paraId="41ECE268" w14:textId="37B68606" w:rsidR="00D81605" w:rsidRDefault="00000000">
      <w:pPr>
        <w:spacing w:after="100"/>
        <w:jc w:val="center"/>
        <w:rPr>
          <w:sz w:val="20"/>
          <w:szCs w:val="24"/>
        </w:rPr>
      </w:pPr>
      <w:r w:rsidRPr="00D81605">
        <w:rPr>
          <w:sz w:val="20"/>
          <w:szCs w:val="24"/>
        </w:rPr>
        <w:t xml:space="preserve">Cette </w:t>
      </w:r>
      <w:proofErr w:type="spellStart"/>
      <w:r w:rsidRPr="00D81605">
        <w:rPr>
          <w:sz w:val="20"/>
          <w:szCs w:val="24"/>
        </w:rPr>
        <w:t>autorisation</w:t>
      </w:r>
      <w:proofErr w:type="spellEnd"/>
      <w:r w:rsidRPr="00D81605">
        <w:rPr>
          <w:sz w:val="20"/>
          <w:szCs w:val="24"/>
        </w:rPr>
        <w:t xml:space="preserve"> </w:t>
      </w:r>
      <w:proofErr w:type="spellStart"/>
      <w:r w:rsidRPr="00D81605">
        <w:rPr>
          <w:sz w:val="20"/>
          <w:szCs w:val="24"/>
        </w:rPr>
        <w:t>permet</w:t>
      </w:r>
      <w:proofErr w:type="spellEnd"/>
      <w:r w:rsidRPr="00D81605">
        <w:rPr>
          <w:sz w:val="20"/>
          <w:szCs w:val="24"/>
        </w:rPr>
        <w:t xml:space="preserve"> à </w:t>
      </w:r>
      <w:proofErr w:type="spellStart"/>
      <w:r w:rsidRPr="00D81605">
        <w:rPr>
          <w:sz w:val="20"/>
          <w:szCs w:val="24"/>
        </w:rPr>
        <w:t>votre</w:t>
      </w:r>
      <w:proofErr w:type="spellEnd"/>
      <w:r w:rsidRPr="00D81605">
        <w:rPr>
          <w:sz w:val="20"/>
          <w:szCs w:val="24"/>
        </w:rPr>
        <w:t xml:space="preserve"> enfant de bénéficier des prestations </w:t>
      </w:r>
      <w:proofErr w:type="spellStart"/>
      <w:r w:rsidRPr="00D81605">
        <w:rPr>
          <w:sz w:val="20"/>
          <w:szCs w:val="24"/>
        </w:rPr>
        <w:t>cochées</w:t>
      </w:r>
      <w:proofErr w:type="spellEnd"/>
      <w:r w:rsidRPr="00D81605">
        <w:rPr>
          <w:sz w:val="20"/>
          <w:szCs w:val="24"/>
        </w:rPr>
        <w:t xml:space="preserve"> ci-dessous </w:t>
      </w:r>
      <w:proofErr w:type="spellStart"/>
      <w:r w:rsidRPr="00D81605">
        <w:rPr>
          <w:sz w:val="20"/>
          <w:szCs w:val="24"/>
        </w:rPr>
        <w:t>auprès</w:t>
      </w:r>
      <w:proofErr w:type="spellEnd"/>
      <w:r w:rsidRPr="00D81605">
        <w:rPr>
          <w:sz w:val="20"/>
          <w:szCs w:val="24"/>
        </w:rPr>
        <w:t xml:space="preserve"> de</w:t>
      </w:r>
    </w:p>
    <w:p w14:paraId="57D68796" w14:textId="073CC8B8" w:rsidR="00C16987" w:rsidRPr="00D81605" w:rsidRDefault="00000000">
      <w:pPr>
        <w:spacing w:after="100"/>
        <w:jc w:val="center"/>
        <w:rPr>
          <w:sz w:val="20"/>
          <w:szCs w:val="24"/>
        </w:rPr>
      </w:pPr>
      <w:r w:rsidRPr="00D81605">
        <w:rPr>
          <w:sz w:val="20"/>
          <w:szCs w:val="24"/>
        </w:rPr>
        <w:t xml:space="preserve"> EM Beauty Haven et/ou Glam K.</w:t>
      </w:r>
    </w:p>
    <w:p w14:paraId="4389463B" w14:textId="77777777" w:rsidR="00D81605" w:rsidRDefault="00D81605">
      <w:pPr>
        <w:spacing w:before="80" w:after="20"/>
        <w:rPr>
          <w:b/>
          <w:sz w:val="21"/>
        </w:rPr>
      </w:pPr>
    </w:p>
    <w:p w14:paraId="5C1C68B2" w14:textId="4BCAF0EB" w:rsidR="00C16987" w:rsidRPr="00D81605" w:rsidRDefault="00000000">
      <w:pPr>
        <w:spacing w:before="80" w:after="20"/>
        <w:rPr>
          <w:sz w:val="28"/>
          <w:szCs w:val="28"/>
        </w:rPr>
      </w:pPr>
      <w:proofErr w:type="spellStart"/>
      <w:r w:rsidRPr="00D81605">
        <w:rPr>
          <w:b/>
          <w:sz w:val="28"/>
          <w:szCs w:val="28"/>
        </w:rPr>
        <w:t>Représentant</w:t>
      </w:r>
      <w:proofErr w:type="spellEnd"/>
      <w:r w:rsidRPr="00D81605">
        <w:rPr>
          <w:b/>
          <w:sz w:val="28"/>
          <w:szCs w:val="28"/>
        </w:rPr>
        <w:t xml:space="preserve"> </w:t>
      </w:r>
      <w:proofErr w:type="spellStart"/>
      <w:r w:rsidRPr="00D81605">
        <w:rPr>
          <w:b/>
          <w:sz w:val="28"/>
          <w:szCs w:val="28"/>
        </w:rPr>
        <w:t>légal</w:t>
      </w:r>
      <w:proofErr w:type="spellEnd"/>
    </w:p>
    <w:p w14:paraId="48E96163" w14:textId="77777777" w:rsidR="00C16987" w:rsidRPr="00D81605" w:rsidRDefault="00000000">
      <w:pPr>
        <w:spacing w:after="0" w:line="240" w:lineRule="auto"/>
        <w:rPr>
          <w:sz w:val="28"/>
          <w:szCs w:val="28"/>
        </w:rPr>
      </w:pPr>
      <w:r w:rsidRPr="00D81605">
        <w:rPr>
          <w:sz w:val="28"/>
          <w:szCs w:val="28"/>
        </w:rPr>
        <w:t xml:space="preserve">Nom et </w:t>
      </w:r>
      <w:proofErr w:type="gramStart"/>
      <w:r w:rsidRPr="00D81605">
        <w:rPr>
          <w:sz w:val="28"/>
          <w:szCs w:val="28"/>
        </w:rPr>
        <w:t>prénom :</w:t>
      </w:r>
      <w:proofErr w:type="gramEnd"/>
      <w:r w:rsidRPr="00D81605">
        <w:rPr>
          <w:sz w:val="28"/>
          <w:szCs w:val="28"/>
        </w:rPr>
        <w:t xml:space="preserve"> _______________________________</w:t>
      </w:r>
    </w:p>
    <w:p w14:paraId="3C49DBF2" w14:textId="77777777" w:rsidR="00C16987" w:rsidRPr="00D81605" w:rsidRDefault="00000000">
      <w:pPr>
        <w:spacing w:after="0" w:line="240" w:lineRule="auto"/>
        <w:rPr>
          <w:sz w:val="28"/>
          <w:szCs w:val="28"/>
        </w:rPr>
      </w:pPr>
      <w:proofErr w:type="gramStart"/>
      <w:r w:rsidRPr="00D81605">
        <w:rPr>
          <w:sz w:val="28"/>
          <w:szCs w:val="28"/>
        </w:rPr>
        <w:t>Téléphone :</w:t>
      </w:r>
      <w:proofErr w:type="gramEnd"/>
      <w:r w:rsidRPr="00D81605">
        <w:rPr>
          <w:sz w:val="28"/>
          <w:szCs w:val="28"/>
        </w:rPr>
        <w:t xml:space="preserve"> _______________________________</w:t>
      </w:r>
    </w:p>
    <w:p w14:paraId="7887A99A" w14:textId="77777777" w:rsidR="00C16987" w:rsidRPr="00D81605" w:rsidRDefault="00000000">
      <w:pPr>
        <w:spacing w:after="0" w:line="240" w:lineRule="auto"/>
        <w:rPr>
          <w:sz w:val="28"/>
          <w:szCs w:val="28"/>
        </w:rPr>
      </w:pPr>
      <w:proofErr w:type="gramStart"/>
      <w:r w:rsidRPr="00D81605">
        <w:rPr>
          <w:sz w:val="28"/>
          <w:szCs w:val="28"/>
        </w:rPr>
        <w:t>E-mail :</w:t>
      </w:r>
      <w:proofErr w:type="gramEnd"/>
      <w:r w:rsidRPr="00D81605">
        <w:rPr>
          <w:sz w:val="28"/>
          <w:szCs w:val="28"/>
        </w:rPr>
        <w:t xml:space="preserve"> _______________________________</w:t>
      </w:r>
    </w:p>
    <w:p w14:paraId="437554F2" w14:textId="77777777" w:rsidR="00D81605" w:rsidRPr="00D81605" w:rsidRDefault="00D81605">
      <w:pPr>
        <w:spacing w:before="80" w:after="20"/>
        <w:rPr>
          <w:b/>
          <w:sz w:val="28"/>
          <w:szCs w:val="28"/>
        </w:rPr>
      </w:pPr>
    </w:p>
    <w:p w14:paraId="07827F38" w14:textId="04581DA1" w:rsidR="00C16987" w:rsidRPr="00D81605" w:rsidRDefault="00000000">
      <w:pPr>
        <w:spacing w:before="80" w:after="20"/>
        <w:rPr>
          <w:sz w:val="28"/>
          <w:szCs w:val="28"/>
        </w:rPr>
      </w:pPr>
      <w:proofErr w:type="spellStart"/>
      <w:r w:rsidRPr="00D81605">
        <w:rPr>
          <w:b/>
          <w:sz w:val="28"/>
          <w:szCs w:val="28"/>
        </w:rPr>
        <w:t>Mineur</w:t>
      </w:r>
      <w:proofErr w:type="spellEnd"/>
      <w:r w:rsidRPr="00D81605">
        <w:rPr>
          <w:b/>
          <w:sz w:val="28"/>
          <w:szCs w:val="28"/>
        </w:rPr>
        <w:t>(e)</w:t>
      </w:r>
    </w:p>
    <w:p w14:paraId="34574E01" w14:textId="77777777" w:rsidR="00C16987" w:rsidRPr="00D81605" w:rsidRDefault="00000000">
      <w:pPr>
        <w:spacing w:after="0" w:line="240" w:lineRule="auto"/>
        <w:rPr>
          <w:sz w:val="28"/>
          <w:szCs w:val="28"/>
        </w:rPr>
      </w:pPr>
      <w:r w:rsidRPr="00D81605">
        <w:rPr>
          <w:sz w:val="28"/>
          <w:szCs w:val="28"/>
        </w:rPr>
        <w:t xml:space="preserve">Nom et </w:t>
      </w:r>
      <w:proofErr w:type="gramStart"/>
      <w:r w:rsidRPr="00D81605">
        <w:rPr>
          <w:sz w:val="28"/>
          <w:szCs w:val="28"/>
        </w:rPr>
        <w:t>prénom :</w:t>
      </w:r>
      <w:proofErr w:type="gramEnd"/>
      <w:r w:rsidRPr="00D81605">
        <w:rPr>
          <w:sz w:val="28"/>
          <w:szCs w:val="28"/>
        </w:rPr>
        <w:t xml:space="preserve"> _______________________________</w:t>
      </w:r>
    </w:p>
    <w:p w14:paraId="14583ADB" w14:textId="77777777" w:rsidR="00C16987" w:rsidRPr="00D81605" w:rsidRDefault="00000000">
      <w:pPr>
        <w:spacing w:after="0" w:line="240" w:lineRule="auto"/>
        <w:rPr>
          <w:sz w:val="28"/>
          <w:szCs w:val="28"/>
        </w:rPr>
      </w:pPr>
      <w:r w:rsidRPr="00D81605">
        <w:rPr>
          <w:sz w:val="28"/>
          <w:szCs w:val="28"/>
        </w:rPr>
        <w:t xml:space="preserve">Date de </w:t>
      </w:r>
      <w:proofErr w:type="gramStart"/>
      <w:r w:rsidRPr="00D81605">
        <w:rPr>
          <w:sz w:val="28"/>
          <w:szCs w:val="28"/>
        </w:rPr>
        <w:t>naissance :</w:t>
      </w:r>
      <w:proofErr w:type="gramEnd"/>
      <w:r w:rsidRPr="00D81605">
        <w:rPr>
          <w:sz w:val="28"/>
          <w:szCs w:val="28"/>
        </w:rPr>
        <w:t xml:space="preserve"> ____ / ____ / ______</w:t>
      </w:r>
    </w:p>
    <w:p w14:paraId="0A77A383" w14:textId="77777777" w:rsidR="00D81605" w:rsidRPr="00D81605" w:rsidRDefault="00D81605">
      <w:pPr>
        <w:spacing w:before="80" w:after="20"/>
        <w:rPr>
          <w:b/>
          <w:sz w:val="28"/>
          <w:szCs w:val="28"/>
        </w:rPr>
      </w:pPr>
    </w:p>
    <w:p w14:paraId="17D6A9C5" w14:textId="45A27626" w:rsidR="00C16987" w:rsidRPr="00D81605" w:rsidRDefault="00000000">
      <w:pPr>
        <w:spacing w:before="80" w:after="20"/>
        <w:rPr>
          <w:sz w:val="28"/>
          <w:szCs w:val="28"/>
        </w:rPr>
      </w:pPr>
      <w:proofErr w:type="spellStart"/>
      <w:r w:rsidRPr="00D81605">
        <w:rPr>
          <w:b/>
          <w:sz w:val="28"/>
          <w:szCs w:val="28"/>
        </w:rPr>
        <w:t>Prestations</w:t>
      </w:r>
      <w:proofErr w:type="spellEnd"/>
      <w:r w:rsidRPr="00D81605">
        <w:rPr>
          <w:b/>
          <w:sz w:val="28"/>
          <w:szCs w:val="28"/>
        </w:rPr>
        <w:t xml:space="preserve"> </w:t>
      </w:r>
      <w:proofErr w:type="spellStart"/>
      <w:r w:rsidRPr="00D81605">
        <w:rPr>
          <w:b/>
          <w:sz w:val="28"/>
          <w:szCs w:val="28"/>
        </w:rPr>
        <w:t>autorisées</w:t>
      </w:r>
      <w:proofErr w:type="spellEnd"/>
      <w:r w:rsidRPr="00D81605">
        <w:rPr>
          <w:b/>
          <w:sz w:val="28"/>
          <w:szCs w:val="28"/>
        </w:rPr>
        <w:t xml:space="preserve"> – EM Beauty </w:t>
      </w:r>
      <w:proofErr w:type="gramStart"/>
      <w:r w:rsidRPr="00D81605">
        <w:rPr>
          <w:b/>
          <w:sz w:val="28"/>
          <w:szCs w:val="28"/>
        </w:rPr>
        <w:t>Haven</w:t>
      </w:r>
      <w:r w:rsidR="00D81605">
        <w:rPr>
          <w:b/>
          <w:sz w:val="28"/>
          <w:szCs w:val="28"/>
        </w:rPr>
        <w:t xml:space="preserve"> :</w:t>
      </w:r>
      <w:proofErr w:type="gramEnd"/>
    </w:p>
    <w:p w14:paraId="213BA59D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Extensions de cils</w:t>
      </w:r>
    </w:p>
    <w:p w14:paraId="084D309C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Rehaussement de cils (Lash Lift coréen)</w:t>
      </w:r>
    </w:p>
    <w:p w14:paraId="144E8978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Brow Lift</w:t>
      </w:r>
    </w:p>
    <w:p w14:paraId="23FC8E4C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Teinture des sourcils</w:t>
      </w:r>
    </w:p>
    <w:p w14:paraId="2AEBBAF3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Épilation des sourcils (cire ou fil)</w:t>
      </w:r>
    </w:p>
    <w:p w14:paraId="306FBEBD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Épilation de la lèvre supérieure</w:t>
      </w:r>
    </w:p>
    <w:p w14:paraId="49F536EB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Head Spa</w:t>
      </w:r>
    </w:p>
    <w:p w14:paraId="5F48C28A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Vernis semi-permanent pieds</w:t>
      </w:r>
    </w:p>
    <w:p w14:paraId="055C1AED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Soin des pieds</w:t>
      </w:r>
    </w:p>
    <w:p w14:paraId="3981B410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Dépose de gel ou de vernis semi-permanent (pieds)</w:t>
      </w:r>
    </w:p>
    <w:p w14:paraId="68B290DE" w14:textId="77777777" w:rsidR="00D81605" w:rsidRPr="00D81605" w:rsidRDefault="00D81605">
      <w:pPr>
        <w:spacing w:before="80" w:after="20"/>
        <w:rPr>
          <w:b/>
          <w:sz w:val="28"/>
          <w:szCs w:val="28"/>
        </w:rPr>
      </w:pPr>
    </w:p>
    <w:p w14:paraId="3FE5ABF8" w14:textId="79FD7976" w:rsidR="00C16987" w:rsidRPr="00D81605" w:rsidRDefault="00000000">
      <w:pPr>
        <w:spacing w:before="80" w:after="20"/>
        <w:rPr>
          <w:sz w:val="28"/>
          <w:szCs w:val="28"/>
        </w:rPr>
      </w:pPr>
      <w:proofErr w:type="spellStart"/>
      <w:r w:rsidRPr="00D81605">
        <w:rPr>
          <w:b/>
          <w:sz w:val="28"/>
          <w:szCs w:val="28"/>
        </w:rPr>
        <w:t>Prestations</w:t>
      </w:r>
      <w:proofErr w:type="spellEnd"/>
      <w:r w:rsidRPr="00D81605">
        <w:rPr>
          <w:b/>
          <w:sz w:val="28"/>
          <w:szCs w:val="28"/>
        </w:rPr>
        <w:t xml:space="preserve"> </w:t>
      </w:r>
      <w:proofErr w:type="spellStart"/>
      <w:r w:rsidRPr="00D81605">
        <w:rPr>
          <w:b/>
          <w:sz w:val="28"/>
          <w:szCs w:val="28"/>
        </w:rPr>
        <w:t>autorisées</w:t>
      </w:r>
      <w:proofErr w:type="spellEnd"/>
      <w:r w:rsidRPr="00D81605">
        <w:rPr>
          <w:b/>
          <w:sz w:val="28"/>
          <w:szCs w:val="28"/>
        </w:rPr>
        <w:t xml:space="preserve"> – Glam </w:t>
      </w:r>
      <w:proofErr w:type="gramStart"/>
      <w:r w:rsidRPr="00D81605">
        <w:rPr>
          <w:b/>
          <w:sz w:val="28"/>
          <w:szCs w:val="28"/>
        </w:rPr>
        <w:t>K</w:t>
      </w:r>
      <w:r w:rsidR="00D81605">
        <w:rPr>
          <w:b/>
          <w:sz w:val="28"/>
          <w:szCs w:val="28"/>
        </w:rPr>
        <w:t xml:space="preserve"> :</w:t>
      </w:r>
      <w:proofErr w:type="gramEnd"/>
    </w:p>
    <w:p w14:paraId="690320FC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Épilation</w:t>
      </w:r>
    </w:p>
    <w:p w14:paraId="38153FDC" w14:textId="77777777" w:rsidR="00C16987" w:rsidRPr="00D81605" w:rsidRDefault="00000000">
      <w:pPr>
        <w:spacing w:after="0" w:line="240" w:lineRule="auto"/>
        <w:rPr>
          <w:sz w:val="28"/>
          <w:szCs w:val="28"/>
        </w:rPr>
      </w:pPr>
      <w:r w:rsidRPr="00D81605">
        <w:rPr>
          <w:sz w:val="28"/>
          <w:szCs w:val="28"/>
        </w:rPr>
        <w:t>Zone(s) autorisée(s</w:t>
      </w:r>
      <w:proofErr w:type="gramStart"/>
      <w:r w:rsidRPr="00D81605">
        <w:rPr>
          <w:sz w:val="28"/>
          <w:szCs w:val="28"/>
        </w:rPr>
        <w:t>) :</w:t>
      </w:r>
      <w:proofErr w:type="gramEnd"/>
      <w:r w:rsidRPr="00D81605">
        <w:rPr>
          <w:sz w:val="28"/>
          <w:szCs w:val="28"/>
        </w:rPr>
        <w:t xml:space="preserve"> ___________________________________________</w:t>
      </w:r>
    </w:p>
    <w:p w14:paraId="223FAC5F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Manucure</w:t>
      </w:r>
    </w:p>
    <w:p w14:paraId="7FC47CFE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Vernis semi-permanent (mains)</w:t>
      </w:r>
    </w:p>
    <w:p w14:paraId="2FFC1D3A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Vernis semi-permanent (pieds)</w:t>
      </w:r>
    </w:p>
    <w:p w14:paraId="75FA04C5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Gainage</w:t>
      </w:r>
    </w:p>
    <w:p w14:paraId="1395FD71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Pose en gel avec capsules</w:t>
      </w:r>
    </w:p>
    <w:p w14:paraId="7C28A5E6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Pose américaine</w:t>
      </w:r>
    </w:p>
    <w:p w14:paraId="3E715E31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Dépose de gel</w:t>
      </w:r>
    </w:p>
    <w:p w14:paraId="1E375E89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Dépose de vernis semi-permanent (mains)</w:t>
      </w:r>
    </w:p>
    <w:p w14:paraId="4D32745A" w14:textId="77777777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>☐ Dépose de vernis semi-permanent (pieds)</w:t>
      </w:r>
    </w:p>
    <w:p w14:paraId="401A5CD4" w14:textId="77777777" w:rsidR="00D81605" w:rsidRDefault="00D81605">
      <w:pPr>
        <w:spacing w:before="80" w:after="20"/>
        <w:rPr>
          <w:b/>
          <w:sz w:val="28"/>
          <w:szCs w:val="28"/>
        </w:rPr>
      </w:pPr>
    </w:p>
    <w:p w14:paraId="23A67E95" w14:textId="4308B526" w:rsidR="00C16987" w:rsidRPr="00D81605" w:rsidRDefault="00000000">
      <w:pPr>
        <w:spacing w:before="80" w:after="20"/>
        <w:rPr>
          <w:sz w:val="28"/>
          <w:szCs w:val="28"/>
        </w:rPr>
      </w:pPr>
      <w:r w:rsidRPr="00D81605">
        <w:rPr>
          <w:b/>
          <w:sz w:val="28"/>
          <w:szCs w:val="28"/>
        </w:rPr>
        <w:t xml:space="preserve">Type </w:t>
      </w:r>
      <w:proofErr w:type="spellStart"/>
      <w:proofErr w:type="gramStart"/>
      <w:r w:rsidRPr="00D81605">
        <w:rPr>
          <w:b/>
          <w:sz w:val="28"/>
          <w:szCs w:val="28"/>
        </w:rPr>
        <w:t>d'autorisation</w:t>
      </w:r>
      <w:proofErr w:type="spellEnd"/>
      <w:r w:rsidR="00D81605">
        <w:rPr>
          <w:b/>
          <w:sz w:val="28"/>
          <w:szCs w:val="28"/>
        </w:rPr>
        <w:t xml:space="preserve"> :</w:t>
      </w:r>
      <w:proofErr w:type="gramEnd"/>
    </w:p>
    <w:p w14:paraId="069248EF" w14:textId="77777777" w:rsidR="001C4506" w:rsidRDefault="001C4506" w:rsidP="001C4506">
      <w:pPr>
        <w:spacing w:after="0" w:line="240" w:lineRule="auto"/>
        <w:rPr>
          <w:sz w:val="28"/>
          <w:szCs w:val="28"/>
        </w:rPr>
      </w:pPr>
    </w:p>
    <w:p w14:paraId="4552E475" w14:textId="58AD2C88" w:rsidR="00C16987" w:rsidRPr="00D81605" w:rsidRDefault="00000000" w:rsidP="001C4506">
      <w:pPr>
        <w:spacing w:after="0" w:line="240" w:lineRule="auto"/>
        <w:rPr>
          <w:sz w:val="28"/>
          <w:szCs w:val="28"/>
        </w:rPr>
      </w:pPr>
      <w:r w:rsidRPr="00D81605">
        <w:rPr>
          <w:sz w:val="28"/>
          <w:szCs w:val="28"/>
        </w:rPr>
        <w:t xml:space="preserve">☐ </w:t>
      </w:r>
      <w:proofErr w:type="spellStart"/>
      <w:r w:rsidRPr="00D81605">
        <w:rPr>
          <w:sz w:val="28"/>
          <w:szCs w:val="28"/>
        </w:rPr>
        <w:t>Autorisation</w:t>
      </w:r>
      <w:proofErr w:type="spellEnd"/>
      <w:r w:rsidRPr="00D81605">
        <w:rPr>
          <w:sz w:val="28"/>
          <w:szCs w:val="28"/>
        </w:rPr>
        <w:t xml:space="preserve"> </w:t>
      </w:r>
      <w:proofErr w:type="spellStart"/>
      <w:proofErr w:type="gramStart"/>
      <w:r w:rsidRPr="00D81605">
        <w:rPr>
          <w:sz w:val="28"/>
          <w:szCs w:val="28"/>
        </w:rPr>
        <w:t>ponctuelle</w:t>
      </w:r>
      <w:proofErr w:type="spellEnd"/>
      <w:r w:rsidRPr="00D81605">
        <w:rPr>
          <w:sz w:val="28"/>
          <w:szCs w:val="28"/>
        </w:rPr>
        <w:t xml:space="preserve"> :</w:t>
      </w:r>
      <w:proofErr w:type="gramEnd"/>
      <w:r w:rsidRPr="00D81605">
        <w:rPr>
          <w:sz w:val="28"/>
          <w:szCs w:val="28"/>
        </w:rPr>
        <w:t xml:space="preserve"> valable uniquement pour la prestation du jour.</w:t>
      </w:r>
    </w:p>
    <w:p w14:paraId="0D560E8A" w14:textId="77777777" w:rsidR="001C4506" w:rsidRDefault="001C4506">
      <w:pPr>
        <w:spacing w:after="0" w:line="240" w:lineRule="auto"/>
        <w:ind w:left="57"/>
        <w:rPr>
          <w:sz w:val="28"/>
          <w:szCs w:val="28"/>
        </w:rPr>
      </w:pPr>
    </w:p>
    <w:p w14:paraId="18133D8A" w14:textId="35049F0A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 xml:space="preserve">☐ </w:t>
      </w:r>
      <w:proofErr w:type="spellStart"/>
      <w:r w:rsidRPr="00D81605">
        <w:rPr>
          <w:sz w:val="28"/>
          <w:szCs w:val="28"/>
        </w:rPr>
        <w:t>Autorisation</w:t>
      </w:r>
      <w:proofErr w:type="spellEnd"/>
      <w:r w:rsidRPr="00D81605">
        <w:rPr>
          <w:sz w:val="28"/>
          <w:szCs w:val="28"/>
        </w:rPr>
        <w:t xml:space="preserve"> </w:t>
      </w:r>
      <w:proofErr w:type="spellStart"/>
      <w:proofErr w:type="gramStart"/>
      <w:r w:rsidRPr="00D81605">
        <w:rPr>
          <w:sz w:val="28"/>
          <w:szCs w:val="28"/>
        </w:rPr>
        <w:t>permanente</w:t>
      </w:r>
      <w:proofErr w:type="spellEnd"/>
      <w:r w:rsidRPr="00D81605">
        <w:rPr>
          <w:sz w:val="28"/>
          <w:szCs w:val="28"/>
        </w:rPr>
        <w:t xml:space="preserve"> :</w:t>
      </w:r>
      <w:proofErr w:type="gramEnd"/>
      <w:r w:rsidRPr="00D81605">
        <w:rPr>
          <w:sz w:val="28"/>
          <w:szCs w:val="28"/>
        </w:rPr>
        <w:t xml:space="preserve"> valable pour les prestations cochées ainsi que leurs entretiens (remplissages, retouches ou déposes), jusqu'à retrait écrit du représentant légal.</w:t>
      </w:r>
    </w:p>
    <w:p w14:paraId="578B4FCD" w14:textId="77777777" w:rsidR="00D81605" w:rsidRDefault="00D81605" w:rsidP="00D81605">
      <w:pPr>
        <w:rPr>
          <w:sz w:val="28"/>
          <w:szCs w:val="28"/>
        </w:rPr>
      </w:pPr>
    </w:p>
    <w:p w14:paraId="1AAF65FF" w14:textId="55E8A274" w:rsidR="001C4506" w:rsidRPr="001C4506" w:rsidRDefault="00000000" w:rsidP="00D81605">
      <w:pPr>
        <w:rPr>
          <w:b/>
          <w:sz w:val="28"/>
          <w:szCs w:val="28"/>
        </w:rPr>
      </w:pPr>
      <w:proofErr w:type="spellStart"/>
      <w:r w:rsidRPr="00D81605">
        <w:rPr>
          <w:b/>
          <w:sz w:val="28"/>
          <w:szCs w:val="28"/>
        </w:rPr>
        <w:t>Informations</w:t>
      </w:r>
      <w:proofErr w:type="spellEnd"/>
      <w:r w:rsidRPr="00D81605">
        <w:rPr>
          <w:b/>
          <w:sz w:val="28"/>
          <w:szCs w:val="28"/>
        </w:rPr>
        <w:t xml:space="preserve"> </w:t>
      </w:r>
      <w:proofErr w:type="spellStart"/>
      <w:proofErr w:type="gramStart"/>
      <w:r w:rsidRPr="00D81605">
        <w:rPr>
          <w:b/>
          <w:sz w:val="28"/>
          <w:szCs w:val="28"/>
        </w:rPr>
        <w:t>importantes</w:t>
      </w:r>
      <w:proofErr w:type="spellEnd"/>
      <w:r w:rsidR="00D81605">
        <w:rPr>
          <w:b/>
          <w:sz w:val="28"/>
          <w:szCs w:val="28"/>
        </w:rPr>
        <w:t xml:space="preserve"> :</w:t>
      </w:r>
      <w:proofErr w:type="gramEnd"/>
    </w:p>
    <w:p w14:paraId="78281EC8" w14:textId="397877AF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 xml:space="preserve">☐ Je </w:t>
      </w:r>
      <w:proofErr w:type="spellStart"/>
      <w:r w:rsidRPr="00D81605">
        <w:rPr>
          <w:sz w:val="28"/>
          <w:szCs w:val="28"/>
        </w:rPr>
        <w:t>confirme</w:t>
      </w:r>
      <w:proofErr w:type="spellEnd"/>
      <w:r w:rsidRPr="00D81605">
        <w:rPr>
          <w:sz w:val="28"/>
          <w:szCs w:val="28"/>
        </w:rPr>
        <w:t xml:space="preserve"> </w:t>
      </w:r>
      <w:proofErr w:type="spellStart"/>
      <w:r w:rsidRPr="00D81605">
        <w:rPr>
          <w:sz w:val="28"/>
          <w:szCs w:val="28"/>
        </w:rPr>
        <w:t>être</w:t>
      </w:r>
      <w:proofErr w:type="spellEnd"/>
      <w:r w:rsidRPr="00D81605">
        <w:rPr>
          <w:sz w:val="28"/>
          <w:szCs w:val="28"/>
        </w:rPr>
        <w:t xml:space="preserve"> le représentant légal du/de la mineur(e).</w:t>
      </w:r>
    </w:p>
    <w:p w14:paraId="4EB44F88" w14:textId="77777777" w:rsidR="00D81605" w:rsidRDefault="00D81605">
      <w:pPr>
        <w:spacing w:after="0" w:line="240" w:lineRule="auto"/>
        <w:ind w:left="57"/>
        <w:rPr>
          <w:sz w:val="28"/>
          <w:szCs w:val="28"/>
        </w:rPr>
      </w:pPr>
    </w:p>
    <w:p w14:paraId="3631D7F7" w14:textId="060D7E56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 xml:space="preserve">☐ </w:t>
      </w:r>
      <w:proofErr w:type="spellStart"/>
      <w:r w:rsidRPr="00D81605">
        <w:rPr>
          <w:sz w:val="28"/>
          <w:szCs w:val="28"/>
        </w:rPr>
        <w:t>J'ai</w:t>
      </w:r>
      <w:proofErr w:type="spellEnd"/>
      <w:r w:rsidRPr="00D81605">
        <w:rPr>
          <w:sz w:val="28"/>
          <w:szCs w:val="28"/>
        </w:rPr>
        <w:t xml:space="preserve"> </w:t>
      </w:r>
      <w:proofErr w:type="spellStart"/>
      <w:r w:rsidRPr="00D81605">
        <w:rPr>
          <w:sz w:val="28"/>
          <w:szCs w:val="28"/>
        </w:rPr>
        <w:t>signalé</w:t>
      </w:r>
      <w:proofErr w:type="spellEnd"/>
      <w:r w:rsidRPr="00D81605">
        <w:rPr>
          <w:sz w:val="28"/>
          <w:szCs w:val="28"/>
        </w:rPr>
        <w:t xml:space="preserve"> toute allergie, problème de santé ou traitement pouvant avoir une incidence sur la prestation.</w:t>
      </w:r>
    </w:p>
    <w:p w14:paraId="2E62240B" w14:textId="77777777" w:rsidR="00D81605" w:rsidRDefault="00D81605">
      <w:pPr>
        <w:spacing w:after="0" w:line="240" w:lineRule="auto"/>
        <w:ind w:left="57"/>
        <w:rPr>
          <w:sz w:val="28"/>
          <w:szCs w:val="28"/>
        </w:rPr>
      </w:pPr>
    </w:p>
    <w:p w14:paraId="3136FB91" w14:textId="4239619A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 xml:space="preserve">☐ Je </w:t>
      </w:r>
      <w:proofErr w:type="spellStart"/>
      <w:r w:rsidRPr="00D81605">
        <w:rPr>
          <w:sz w:val="28"/>
          <w:szCs w:val="28"/>
        </w:rPr>
        <w:t>reconnais</w:t>
      </w:r>
      <w:proofErr w:type="spellEnd"/>
      <w:r w:rsidRPr="00D81605">
        <w:rPr>
          <w:sz w:val="28"/>
          <w:szCs w:val="28"/>
        </w:rPr>
        <w:t xml:space="preserve"> </w:t>
      </w:r>
      <w:proofErr w:type="spellStart"/>
      <w:r w:rsidRPr="00D81605">
        <w:rPr>
          <w:sz w:val="28"/>
          <w:szCs w:val="28"/>
        </w:rPr>
        <w:t>avoir</w:t>
      </w:r>
      <w:proofErr w:type="spellEnd"/>
      <w:r w:rsidRPr="00D81605">
        <w:rPr>
          <w:sz w:val="28"/>
          <w:szCs w:val="28"/>
        </w:rPr>
        <w:t xml:space="preserve"> reçu les informations nécessaires concernant la prestation et les conseils d'entretien.</w:t>
      </w:r>
    </w:p>
    <w:p w14:paraId="7B8E7A3A" w14:textId="77777777" w:rsidR="00D81605" w:rsidRDefault="00D81605">
      <w:pPr>
        <w:spacing w:before="80" w:after="20"/>
        <w:rPr>
          <w:b/>
          <w:sz w:val="28"/>
          <w:szCs w:val="28"/>
        </w:rPr>
      </w:pPr>
    </w:p>
    <w:p w14:paraId="255DC58A" w14:textId="73E5B5B8" w:rsidR="00C16987" w:rsidRPr="00D81605" w:rsidRDefault="00000000">
      <w:pPr>
        <w:spacing w:before="80" w:after="20"/>
        <w:rPr>
          <w:sz w:val="28"/>
          <w:szCs w:val="28"/>
        </w:rPr>
      </w:pPr>
      <w:r w:rsidRPr="00D81605">
        <w:rPr>
          <w:b/>
          <w:sz w:val="28"/>
          <w:szCs w:val="28"/>
        </w:rPr>
        <w:t xml:space="preserve">Droit à </w:t>
      </w:r>
      <w:proofErr w:type="spellStart"/>
      <w:proofErr w:type="gramStart"/>
      <w:r w:rsidRPr="00D81605">
        <w:rPr>
          <w:b/>
          <w:sz w:val="28"/>
          <w:szCs w:val="28"/>
        </w:rPr>
        <w:t>l'image</w:t>
      </w:r>
      <w:proofErr w:type="spellEnd"/>
      <w:r w:rsidR="00D81605">
        <w:rPr>
          <w:b/>
          <w:sz w:val="28"/>
          <w:szCs w:val="28"/>
        </w:rPr>
        <w:t xml:space="preserve"> :</w:t>
      </w:r>
      <w:proofErr w:type="gramEnd"/>
    </w:p>
    <w:p w14:paraId="7BD9C1D9" w14:textId="77777777" w:rsidR="001C4506" w:rsidRDefault="001C4506">
      <w:pPr>
        <w:spacing w:after="0" w:line="240" w:lineRule="auto"/>
        <w:ind w:left="57"/>
        <w:rPr>
          <w:sz w:val="28"/>
          <w:szCs w:val="28"/>
        </w:rPr>
      </w:pPr>
    </w:p>
    <w:p w14:paraId="19700D23" w14:textId="1D630C40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 xml:space="preserve">☐ </w:t>
      </w:r>
      <w:proofErr w:type="spellStart"/>
      <w:r w:rsidRPr="00D81605">
        <w:rPr>
          <w:sz w:val="28"/>
          <w:szCs w:val="28"/>
        </w:rPr>
        <w:t>J'autorise</w:t>
      </w:r>
      <w:proofErr w:type="spellEnd"/>
      <w:r w:rsidRPr="00D81605">
        <w:rPr>
          <w:sz w:val="28"/>
          <w:szCs w:val="28"/>
        </w:rPr>
        <w:t xml:space="preserve"> EM Beauty Haven et/ou Glam K à utiliser des photos/vidéos de la prestation à des fins de communication.</w:t>
      </w:r>
    </w:p>
    <w:p w14:paraId="7666A79B" w14:textId="77777777" w:rsidR="00D81605" w:rsidRDefault="00D81605">
      <w:pPr>
        <w:spacing w:after="0" w:line="240" w:lineRule="auto"/>
        <w:ind w:left="57"/>
        <w:rPr>
          <w:sz w:val="28"/>
          <w:szCs w:val="28"/>
        </w:rPr>
      </w:pPr>
    </w:p>
    <w:p w14:paraId="7AB4AE8F" w14:textId="4EA04AE9" w:rsidR="00C16987" w:rsidRPr="00D81605" w:rsidRDefault="00000000">
      <w:pPr>
        <w:spacing w:after="0" w:line="240" w:lineRule="auto"/>
        <w:ind w:left="57"/>
        <w:rPr>
          <w:sz w:val="28"/>
          <w:szCs w:val="28"/>
        </w:rPr>
      </w:pPr>
      <w:r w:rsidRPr="00D81605">
        <w:rPr>
          <w:sz w:val="28"/>
          <w:szCs w:val="28"/>
        </w:rPr>
        <w:t xml:space="preserve">☐ Je </w:t>
      </w:r>
      <w:proofErr w:type="spellStart"/>
      <w:r w:rsidRPr="00D81605">
        <w:rPr>
          <w:sz w:val="28"/>
          <w:szCs w:val="28"/>
        </w:rPr>
        <w:t>n'autorise</w:t>
      </w:r>
      <w:proofErr w:type="spellEnd"/>
      <w:r w:rsidRPr="00D81605">
        <w:rPr>
          <w:sz w:val="28"/>
          <w:szCs w:val="28"/>
        </w:rPr>
        <w:t xml:space="preserve"> pas l'utilisation de photos/vidéos.</w:t>
      </w:r>
    </w:p>
    <w:p w14:paraId="623CF10A" w14:textId="77777777" w:rsidR="00D81605" w:rsidRDefault="00D81605">
      <w:pPr>
        <w:spacing w:before="80" w:after="20"/>
        <w:rPr>
          <w:b/>
          <w:sz w:val="28"/>
          <w:szCs w:val="28"/>
        </w:rPr>
      </w:pPr>
    </w:p>
    <w:p w14:paraId="0099A2A8" w14:textId="1FB850B7" w:rsidR="00C16987" w:rsidRPr="00D81605" w:rsidRDefault="00000000">
      <w:pPr>
        <w:spacing w:before="80" w:after="20"/>
        <w:rPr>
          <w:sz w:val="28"/>
          <w:szCs w:val="28"/>
        </w:rPr>
      </w:pPr>
      <w:proofErr w:type="gramStart"/>
      <w:r w:rsidRPr="00D81605">
        <w:rPr>
          <w:b/>
          <w:sz w:val="28"/>
          <w:szCs w:val="28"/>
        </w:rPr>
        <w:t>Signature</w:t>
      </w:r>
      <w:r w:rsidR="00D81605">
        <w:rPr>
          <w:b/>
          <w:sz w:val="28"/>
          <w:szCs w:val="28"/>
        </w:rPr>
        <w:t xml:space="preserve"> :</w:t>
      </w:r>
      <w:proofErr w:type="gramEnd"/>
    </w:p>
    <w:p w14:paraId="17DDBEE9" w14:textId="77777777" w:rsidR="00D81605" w:rsidRDefault="00D81605">
      <w:pPr>
        <w:spacing w:after="0" w:line="240" w:lineRule="auto"/>
        <w:rPr>
          <w:sz w:val="28"/>
          <w:szCs w:val="28"/>
        </w:rPr>
      </w:pPr>
    </w:p>
    <w:p w14:paraId="2101C081" w14:textId="7CFD2E14" w:rsidR="00C16987" w:rsidRPr="00D81605" w:rsidRDefault="00000000">
      <w:pPr>
        <w:spacing w:after="0" w:line="240" w:lineRule="auto"/>
        <w:rPr>
          <w:sz w:val="28"/>
          <w:szCs w:val="28"/>
        </w:rPr>
      </w:pPr>
      <w:r w:rsidRPr="00D81605">
        <w:rPr>
          <w:sz w:val="28"/>
          <w:szCs w:val="28"/>
        </w:rPr>
        <w:t xml:space="preserve">Fait </w:t>
      </w:r>
      <w:proofErr w:type="gramStart"/>
      <w:r w:rsidRPr="00D81605">
        <w:rPr>
          <w:sz w:val="28"/>
          <w:szCs w:val="28"/>
        </w:rPr>
        <w:t>à :</w:t>
      </w:r>
      <w:proofErr w:type="gramEnd"/>
      <w:r w:rsidRPr="00D81605">
        <w:rPr>
          <w:sz w:val="28"/>
          <w:szCs w:val="28"/>
        </w:rPr>
        <w:t xml:space="preserve"> __________________</w:t>
      </w:r>
      <w:r w:rsidR="00D81605">
        <w:rPr>
          <w:sz w:val="28"/>
          <w:szCs w:val="28"/>
        </w:rPr>
        <w:t>_____</w:t>
      </w:r>
      <w:r w:rsidRPr="00D81605">
        <w:rPr>
          <w:sz w:val="28"/>
          <w:szCs w:val="28"/>
        </w:rPr>
        <w:t>__</w:t>
      </w:r>
    </w:p>
    <w:p w14:paraId="5B42D48D" w14:textId="77777777" w:rsidR="00C16987" w:rsidRPr="00D81605" w:rsidRDefault="00000000">
      <w:pPr>
        <w:spacing w:after="0" w:line="240" w:lineRule="auto"/>
        <w:rPr>
          <w:sz w:val="28"/>
          <w:szCs w:val="28"/>
        </w:rPr>
      </w:pPr>
      <w:proofErr w:type="gramStart"/>
      <w:r w:rsidRPr="00D81605">
        <w:rPr>
          <w:sz w:val="28"/>
          <w:szCs w:val="28"/>
        </w:rPr>
        <w:t>Le :</w:t>
      </w:r>
      <w:proofErr w:type="gramEnd"/>
      <w:r w:rsidRPr="00D81605">
        <w:rPr>
          <w:sz w:val="28"/>
          <w:szCs w:val="28"/>
        </w:rPr>
        <w:t xml:space="preserve"> ____ / ____ / ______</w:t>
      </w:r>
    </w:p>
    <w:p w14:paraId="2DE119B3" w14:textId="77777777" w:rsidR="00C16987" w:rsidRPr="00D81605" w:rsidRDefault="00C16987">
      <w:pPr>
        <w:spacing w:after="20"/>
        <w:rPr>
          <w:sz w:val="28"/>
          <w:szCs w:val="28"/>
        </w:rPr>
      </w:pPr>
    </w:p>
    <w:p w14:paraId="2FA3BC8C" w14:textId="77777777" w:rsidR="00C16987" w:rsidRPr="00D81605" w:rsidRDefault="00000000">
      <w:pPr>
        <w:spacing w:after="0" w:line="240" w:lineRule="auto"/>
        <w:rPr>
          <w:sz w:val="28"/>
          <w:szCs w:val="28"/>
        </w:rPr>
      </w:pPr>
      <w:r w:rsidRPr="00D81605">
        <w:rPr>
          <w:sz w:val="28"/>
          <w:szCs w:val="28"/>
        </w:rPr>
        <w:t xml:space="preserve">Nom et prénom du représentant </w:t>
      </w:r>
      <w:proofErr w:type="gramStart"/>
      <w:r w:rsidRPr="00D81605">
        <w:rPr>
          <w:sz w:val="28"/>
          <w:szCs w:val="28"/>
        </w:rPr>
        <w:t>légal :</w:t>
      </w:r>
      <w:proofErr w:type="gramEnd"/>
      <w:r w:rsidRPr="00D81605">
        <w:rPr>
          <w:sz w:val="28"/>
          <w:szCs w:val="28"/>
        </w:rPr>
        <w:t xml:space="preserve"> _______________________________</w:t>
      </w:r>
    </w:p>
    <w:p w14:paraId="08A34BF2" w14:textId="77777777" w:rsidR="00C16987" w:rsidRPr="00D81605" w:rsidRDefault="00000000">
      <w:pPr>
        <w:spacing w:after="0" w:line="240" w:lineRule="auto"/>
        <w:rPr>
          <w:sz w:val="28"/>
          <w:szCs w:val="28"/>
        </w:rPr>
      </w:pPr>
      <w:proofErr w:type="gramStart"/>
      <w:r w:rsidRPr="00D81605">
        <w:rPr>
          <w:sz w:val="28"/>
          <w:szCs w:val="28"/>
        </w:rPr>
        <w:t>Signature :</w:t>
      </w:r>
      <w:proofErr w:type="gramEnd"/>
      <w:r w:rsidRPr="00D81605">
        <w:rPr>
          <w:sz w:val="28"/>
          <w:szCs w:val="28"/>
        </w:rPr>
        <w:t xml:space="preserve"> __________________________________________</w:t>
      </w:r>
    </w:p>
    <w:sectPr w:rsidR="00C16987" w:rsidRPr="00D81605" w:rsidSect="00034616">
      <w:pgSz w:w="12240" w:h="15840"/>
      <w:pgMar w:top="680" w:right="1020" w:bottom="68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6242591">
    <w:abstractNumId w:val="8"/>
  </w:num>
  <w:num w:numId="2" w16cid:durableId="306280556">
    <w:abstractNumId w:val="6"/>
  </w:num>
  <w:num w:numId="3" w16cid:durableId="509414731">
    <w:abstractNumId w:val="5"/>
  </w:num>
  <w:num w:numId="4" w16cid:durableId="397872392">
    <w:abstractNumId w:val="4"/>
  </w:num>
  <w:num w:numId="5" w16cid:durableId="1418137031">
    <w:abstractNumId w:val="7"/>
  </w:num>
  <w:num w:numId="6" w16cid:durableId="59449712">
    <w:abstractNumId w:val="3"/>
  </w:num>
  <w:num w:numId="7" w16cid:durableId="810755970">
    <w:abstractNumId w:val="2"/>
  </w:num>
  <w:num w:numId="8" w16cid:durableId="1937057162">
    <w:abstractNumId w:val="1"/>
  </w:num>
  <w:num w:numId="9" w16cid:durableId="1805848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85E"/>
    <w:rsid w:val="0006063C"/>
    <w:rsid w:val="0015074B"/>
    <w:rsid w:val="001C4506"/>
    <w:rsid w:val="0029639D"/>
    <w:rsid w:val="00326F90"/>
    <w:rsid w:val="00380CA7"/>
    <w:rsid w:val="00404525"/>
    <w:rsid w:val="00AA1D8D"/>
    <w:rsid w:val="00B47730"/>
    <w:rsid w:val="00C16987"/>
    <w:rsid w:val="00CB0664"/>
    <w:rsid w:val="00D8160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DEA0BF5"/>
  <w14:defaultImageDpi w14:val="300"/>
  <w15:docId w15:val="{97F39D4F-5818-4154-B8E6-947CE78A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Tiago Machado</cp:lastModifiedBy>
  <cp:revision>2</cp:revision>
  <cp:lastPrinted>2026-08-09T14:14:00Z</cp:lastPrinted>
  <dcterms:created xsi:type="dcterms:W3CDTF">2026-08-09T14:16:00Z</dcterms:created>
  <dcterms:modified xsi:type="dcterms:W3CDTF">2026-08-09T14:16:00Z</dcterms:modified>
  <cp:category/>
</cp:coreProperties>
</file>